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Cuba Invertebrada</w:t>
      </w:r>
    </w:p>
    <w:p>
      <w:pPr>
        <w:pStyle w:val="Subtitle"/>
      </w:pPr>
      <w:r>
        <w:t>Formulario de solicitud de la beca de creación literaria 2027</w:t>
      </w:r>
    </w:p>
    <w:p>
      <w:r>
        <w:t>Fundación Cultural El Ciclón Invisible</w:t>
      </w:r>
    </w:p>
    <w:p>
      <w:r>
        <w:t>Para escritores conservadores cubanos exiliados. Complete los campos y adjunte los documentos requeridos. Envíe la candidatura completa en un único PDF a elcicloninvisible@gmail.com, con el asunto «Beca Cuba Invertebrada 2027» y su nombre. Consulte las bases antes del envío. Las fechas de recepción se anunciarán en el calendario oficial.</w:t>
      </w:r>
    </w:p>
    <w:p>
      <w:pPr>
        <w:pStyle w:val="Heading1"/>
      </w:pPr>
      <w:r>
        <w:t>Datos del solicitante</w:t>
      </w:r>
    </w:p>
    <w:p>
      <w:r>
        <w:t>Nombre completo</w:t>
        <w:br/>
        <w:t>_________________________________________________________________</w:t>
      </w:r>
    </w:p>
    <w:p>
      <w:r>
        <w:t>Seudónimo si lo utiliza</w:t>
        <w:br/>
        <w:t>_________________________________________________________________</w:t>
      </w:r>
    </w:p>
    <w:p>
      <w:r>
        <w:t>País y ciudad de residencia</w:t>
        <w:br/>
        <w:t>_________________________________________________________________</w:t>
      </w:r>
    </w:p>
    <w:p>
      <w:r>
        <w:t>Correo electrónico</w:t>
        <w:br/>
        <w:t>_________________________________________________________________</w:t>
      </w:r>
    </w:p>
    <w:p>
      <w:r>
        <w:t>☐ Declaro ser mayor de 18 años.</w:t>
        <w:br/>
        <w:t>☐ Declaro ser un escritor cubano exiliado y residir fuera de Cuba.</w:t>
      </w:r>
    </w:p>
    <w:p>
      <w:pPr>
        <w:pStyle w:val="Heading1"/>
      </w:pPr>
      <w:r>
        <w:t>Datos del proyecto</w:t>
      </w:r>
    </w:p>
    <w:p>
      <w:r>
        <w:t>Título provisional</w:t>
        <w:br/>
        <w:t>_________________________________________________________________</w:t>
      </w:r>
    </w:p>
    <w:p>
      <w:r>
        <w:t>Género literario</w:t>
        <w:br/>
        <w:t>_________________________________________________________________</w:t>
      </w:r>
    </w:p>
    <w:p>
      <w:r>
        <w:t>Estado del proyecto y trabajo pendiente</w:t>
        <w:br/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Documentos que debe adjuntar</w:t>
      </w:r>
    </w:p>
    <w:p>
      <w:r>
        <w:t>☐ Descripción del proyecto de 1.500 a 2.000 palabras, con género, tema, enfoque, estructura prevista y fuentes cuando corresponda.</w:t>
      </w:r>
    </w:p>
    <w:p>
      <w:r>
        <w:t>☐ Plan de trabajo para enero, febrero, marzo y abril de 2027, con las entregas de cada mes.</w:t>
      </w:r>
    </w:p>
    <w:p>
      <w:r>
        <w:t>☐ Muestra de escritura de 3.000 a 5.000 palabras. Para poesía, una selección de poemas de extensión equivalente en cuartillas. Identifique el origen de la muestra.</w:t>
      </w:r>
    </w:p>
    <w:p>
      <w:r>
        <w:t>☐ Biografía de hasta 300 palabras y relación breve de publicaciones, si las hubiera.</w:t>
      </w:r>
    </w:p>
    <w:p>
      <w:r>
        <w:t>☐ Declaración de hasta 500 palabras sobre su orientación conservadora y su relación con el exilio cubano.</w:t>
      </w:r>
    </w:p>
    <w:p>
      <w:r>
        <w:t>☐ Relación de otras becas, premios o ayudas recibidos o solicitados para la obra, con sus fechas y estado. Si no existen, indíquelo.</w:t>
      </w:r>
    </w:p>
    <w:p>
      <w:pPr>
        <w:pStyle w:val="Heading1"/>
      </w:pPr>
      <w:r>
        <w:t>Declaración de autoría y aceptación</w:t>
      </w:r>
    </w:p>
    <w:p>
      <w:r>
        <w:t>Declaro que el proyecto y la muestra de escritura son de mi autoría, que los datos aportados son veraces y que he identificado las citas y los materiales de terceros. Declaro que la obra propuesta es original e inédita en su versión completa y que he informado de otras ayudas para el mismo proyecto. He consultado y acepto las bases de la Beca de Creación Literaria Cuba Invertebrada 2027.</w:t>
      </w:r>
    </w:p>
    <w:p>
      <w:r>
        <w:t>Nombre y firma</w:t>
        <w:br/>
        <w:t>_________________________________________________________________</w:t>
      </w:r>
    </w:p>
    <w:p>
      <w:r>
        <w:t>Lugar y fecha</w:t>
        <w:br/>
        <w:t>_________________________________________________________________</w:t>
      </w:r>
    </w:p>
    <w:p>
      <w:r>
        <w:t>La Fundación utilizará los datos para gestionar la convocatoria y comunicarse con el solicitante. Los documentos de candidatura y los datos de contacto no se publicarán sin autorización.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